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F145" w14:textId="3CA91054" w:rsidR="00D66A43" w:rsidRDefault="00AA32C9" w:rsidP="00FA2ED2">
      <w:pPr>
        <w:spacing w:after="0" w:line="240" w:lineRule="auto"/>
        <w:jc w:val="center"/>
      </w:pPr>
      <w:r>
        <w:rPr>
          <w:b/>
        </w:rPr>
        <w:t>JORDAN TAYLOR</w:t>
      </w:r>
    </w:p>
    <w:p w14:paraId="2518CFF3" w14:textId="43EE62F6" w:rsidR="00FA2ED2" w:rsidRPr="00FA2ED2" w:rsidRDefault="004437E5" w:rsidP="00FA2ED2">
      <w:pPr>
        <w:spacing w:after="0" w:line="240" w:lineRule="auto"/>
        <w:jc w:val="center"/>
      </w:pPr>
      <w:r>
        <w:t xml:space="preserve"> (210) 555-0147 | </w:t>
      </w:r>
      <w:hyperlink r:id="rId6" w:history="1">
        <w:r w:rsidR="00D15C14" w:rsidRPr="00271EEB">
          <w:rPr>
            <w:rStyle w:val="Hyperlink"/>
          </w:rPr>
          <w:t>jordan.taylor@example.com</w:t>
        </w:r>
      </w:hyperlink>
      <w:r w:rsidR="00D15C14">
        <w:t xml:space="preserve"> | </w:t>
      </w:r>
      <w:r w:rsidR="00D15C14">
        <w:t xml:space="preserve">San Antonio, Texas </w:t>
      </w:r>
    </w:p>
    <w:p w14:paraId="28EBA70A" w14:textId="77777777" w:rsidR="00FA2ED2" w:rsidRPr="00FA2ED2" w:rsidRDefault="00FA2ED2" w:rsidP="00FA2ED2">
      <w:pPr>
        <w:keepNext/>
        <w:spacing w:after="0" w:line="240" w:lineRule="auto"/>
        <w:jc w:val="center"/>
        <w:rPr>
          <w:b/>
          <w:color w:val="EE0000"/>
          <w:sz w:val="16"/>
          <w:szCs w:val="16"/>
        </w:rPr>
      </w:pPr>
    </w:p>
    <w:p w14:paraId="7A884864" w14:textId="535CC483" w:rsidR="00FA2ED2" w:rsidRDefault="004437E5" w:rsidP="00FA2ED2">
      <w:pPr>
        <w:keepNext/>
        <w:spacing w:after="0" w:line="240" w:lineRule="auto"/>
        <w:jc w:val="center"/>
        <w:rPr>
          <w:b/>
          <w:color w:val="EE0000"/>
        </w:rPr>
      </w:pPr>
      <w:r w:rsidRPr="00FA2ED2">
        <w:rPr>
          <w:b/>
          <w:color w:val="EE0000"/>
        </w:rPr>
        <w:t>SUMMARY OF QUALIFICATIONS</w:t>
      </w:r>
      <w:r w:rsidR="00FA2ED2" w:rsidRPr="00FA2ED2">
        <w:rPr>
          <w:b/>
          <w:color w:val="EE0000"/>
        </w:rPr>
        <w:t xml:space="preserve"> EXAMPLE</w:t>
      </w:r>
    </w:p>
    <w:p w14:paraId="156EB8A5" w14:textId="77777777" w:rsidR="00FA2ED2" w:rsidRPr="00FA2ED2" w:rsidRDefault="00FA2ED2" w:rsidP="00FA2ED2">
      <w:pPr>
        <w:keepNext/>
        <w:spacing w:after="0" w:line="240" w:lineRule="auto"/>
        <w:jc w:val="center"/>
        <w:rPr>
          <w:b/>
          <w:color w:val="EE0000"/>
          <w:sz w:val="16"/>
          <w:szCs w:val="16"/>
        </w:rPr>
      </w:pPr>
    </w:p>
    <w:p w14:paraId="6DACAB70" w14:textId="7DC03FCE" w:rsidR="00D66A43" w:rsidRDefault="004437E5" w:rsidP="00FA2ED2">
      <w:pPr>
        <w:spacing w:after="0" w:line="240" w:lineRule="auto"/>
      </w:pPr>
      <w:r>
        <w:t xml:space="preserve">Dependable and adaptable </w:t>
      </w:r>
      <w:r>
        <w:t>with experience supporting office operations, completing hands-on trade work, serving customers, volunteering in the community, and managing a household. Skilled in organization, communication, problem-solving, safety, scheduling, and teamwork. Known for learning new processes quickly, following through on responsibilities, and providing respectful service.</w:t>
      </w:r>
    </w:p>
    <w:p w14:paraId="673F0CBC" w14:textId="77777777" w:rsidR="00FA2ED2" w:rsidRPr="00FA2ED2" w:rsidRDefault="00FA2ED2" w:rsidP="00FA2ED2">
      <w:pPr>
        <w:keepNext/>
        <w:spacing w:after="0" w:line="240" w:lineRule="auto"/>
        <w:jc w:val="center"/>
        <w:rPr>
          <w:b/>
          <w:color w:val="EE0000"/>
          <w:sz w:val="16"/>
          <w:szCs w:val="16"/>
        </w:rPr>
      </w:pPr>
    </w:p>
    <w:p w14:paraId="1439EA97" w14:textId="414DF865" w:rsidR="00D66A43" w:rsidRPr="00FA2ED2" w:rsidRDefault="004437E5" w:rsidP="00FA2ED2">
      <w:pPr>
        <w:keepNext/>
        <w:spacing w:after="0" w:line="240" w:lineRule="auto"/>
        <w:jc w:val="center"/>
        <w:rPr>
          <w:color w:val="EE0000"/>
        </w:rPr>
      </w:pPr>
      <w:r w:rsidRPr="00FA2ED2">
        <w:rPr>
          <w:b/>
          <w:color w:val="EE0000"/>
        </w:rPr>
        <w:t>WORK EXPERIENCE</w:t>
      </w:r>
      <w:r w:rsidR="00D15C14" w:rsidRPr="00FA2ED2">
        <w:rPr>
          <w:b/>
          <w:color w:val="EE0000"/>
        </w:rPr>
        <w:t xml:space="preserve"> EXAMPLES</w:t>
      </w:r>
    </w:p>
    <w:p w14:paraId="4E890068" w14:textId="1160F3F0" w:rsidR="00D15C14" w:rsidRDefault="004437E5">
      <w:pPr>
        <w:keepNext/>
        <w:spacing w:before="80" w:after="0" w:line="240" w:lineRule="auto"/>
      </w:pPr>
      <w:r>
        <w:rPr>
          <w:b/>
        </w:rPr>
        <w:t xml:space="preserve">Administrative Assistant </w:t>
      </w:r>
      <w:r w:rsidRPr="00D15C14">
        <w:rPr>
          <w:bCs/>
          <w:color w:val="EE0000"/>
        </w:rPr>
        <w:t>(</w:t>
      </w:r>
      <w:r w:rsidRPr="00D15C14">
        <w:rPr>
          <w:bCs/>
          <w:color w:val="EE0000"/>
        </w:rPr>
        <w:t>Administration Example)</w:t>
      </w:r>
      <w:r w:rsidRPr="00D15C14">
        <w:rPr>
          <w:bCs/>
          <w:color w:val="EE0000"/>
        </w:rPr>
        <w:t xml:space="preserve"> </w:t>
      </w:r>
    </w:p>
    <w:p w14:paraId="0CE962EC" w14:textId="67B1E0F8" w:rsidR="00D66A43" w:rsidRDefault="004437E5" w:rsidP="00D15C14">
      <w:pPr>
        <w:keepNext/>
        <w:spacing w:after="20" w:line="240" w:lineRule="auto"/>
      </w:pPr>
      <w:r>
        <w:t>River City Family Services | San Antonio, TX</w:t>
      </w:r>
      <w:r w:rsidR="00D15C14">
        <w:t xml:space="preserve">                                                              </w:t>
      </w:r>
      <w:r w:rsidR="00D15C14">
        <w:t>Jan</w:t>
      </w:r>
      <w:r w:rsidR="00D15C14">
        <w:t xml:space="preserve"> </w:t>
      </w:r>
      <w:r w:rsidR="00D15C14">
        <w:t xml:space="preserve">2024 </w:t>
      </w:r>
      <w:r w:rsidR="00FA2ED2">
        <w:t>–</w:t>
      </w:r>
      <w:r w:rsidR="00D15C14">
        <w:t xml:space="preserve"> Present</w:t>
      </w:r>
    </w:p>
    <w:p w14:paraId="059B4779" w14:textId="77777777" w:rsidR="00FA2ED2" w:rsidRPr="00FA2ED2" w:rsidRDefault="00FA2ED2" w:rsidP="00D15C14">
      <w:pPr>
        <w:keepNext/>
        <w:spacing w:after="20" w:line="240" w:lineRule="auto"/>
        <w:rPr>
          <w:sz w:val="8"/>
          <w:szCs w:val="8"/>
        </w:rPr>
      </w:pPr>
    </w:p>
    <w:p w14:paraId="58E90852" w14:textId="77777777" w:rsidR="00FA2ED2" w:rsidRDefault="004437E5" w:rsidP="00FA2ED2">
      <w:pPr>
        <w:pStyle w:val="ListParagraph"/>
        <w:numPr>
          <w:ilvl w:val="0"/>
          <w:numId w:val="10"/>
        </w:numPr>
        <w:spacing w:after="20" w:line="240" w:lineRule="auto"/>
      </w:pPr>
      <w:r>
        <w:t xml:space="preserve">Coordinate appointments, prepare documents, maintain electronic and paper records, respond to phone and email inquiries, and support daily office operations. </w:t>
      </w:r>
    </w:p>
    <w:p w14:paraId="2E66943F" w14:textId="681A6D89" w:rsidR="00D66A43" w:rsidRDefault="004437E5" w:rsidP="00FA2ED2">
      <w:pPr>
        <w:pStyle w:val="ListParagraph"/>
        <w:numPr>
          <w:ilvl w:val="0"/>
          <w:numId w:val="10"/>
        </w:numPr>
        <w:spacing w:after="20" w:line="240" w:lineRule="auto"/>
      </w:pPr>
      <w:r>
        <w:t>Improved file organization by creating a consistent naming system that helped staff locate current documents more efficiently.</w:t>
      </w:r>
    </w:p>
    <w:p w14:paraId="6C095E4A" w14:textId="77777777" w:rsidR="00D15C14" w:rsidRPr="00FA2ED2" w:rsidRDefault="00D15C14">
      <w:pPr>
        <w:keepNext/>
        <w:spacing w:before="80" w:after="0" w:line="240" w:lineRule="auto"/>
        <w:rPr>
          <w:b/>
          <w:sz w:val="12"/>
          <w:szCs w:val="12"/>
        </w:rPr>
      </w:pPr>
    </w:p>
    <w:p w14:paraId="643DBAB5" w14:textId="53DCC494" w:rsidR="00D15C14" w:rsidRPr="00D15C14" w:rsidRDefault="004437E5" w:rsidP="00FA2ED2">
      <w:pPr>
        <w:keepNext/>
        <w:spacing w:after="0" w:line="240" w:lineRule="auto"/>
        <w:rPr>
          <w:bCs/>
          <w:color w:val="EE0000"/>
        </w:rPr>
      </w:pPr>
      <w:r>
        <w:rPr>
          <w:b/>
        </w:rPr>
        <w:t>Facilities Maintenance Technician</w:t>
      </w:r>
      <w:r w:rsidRPr="00D15C14">
        <w:rPr>
          <w:bCs/>
          <w:color w:val="EE0000"/>
        </w:rPr>
        <w:t xml:space="preserve"> (</w:t>
      </w:r>
      <w:r w:rsidRPr="00D15C14">
        <w:rPr>
          <w:bCs/>
          <w:color w:val="EE0000"/>
        </w:rPr>
        <w:t>Trade Example)</w:t>
      </w:r>
    </w:p>
    <w:p w14:paraId="534032F4" w14:textId="5AF8D0A8" w:rsidR="00D66A43" w:rsidRDefault="004437E5" w:rsidP="00FA2ED2">
      <w:pPr>
        <w:keepNext/>
        <w:spacing w:after="0" w:line="240" w:lineRule="auto"/>
      </w:pPr>
      <w:r>
        <w:t>Lone Star Property Care | San Antonio, TX</w:t>
      </w:r>
      <w:r w:rsidR="00D15C14">
        <w:t xml:space="preserve">                                                               </w:t>
      </w:r>
      <w:r>
        <w:t>Jun</w:t>
      </w:r>
      <w:r>
        <w:t xml:space="preserve"> 2021 - Dec</w:t>
      </w:r>
      <w:r>
        <w:t xml:space="preserve"> 2023</w:t>
      </w:r>
    </w:p>
    <w:p w14:paraId="490CB482" w14:textId="77777777" w:rsidR="00FA2ED2" w:rsidRPr="00FA2ED2" w:rsidRDefault="00FA2ED2" w:rsidP="00FA2ED2">
      <w:pPr>
        <w:keepNext/>
        <w:spacing w:after="0" w:line="240" w:lineRule="auto"/>
        <w:rPr>
          <w:sz w:val="8"/>
          <w:szCs w:val="8"/>
        </w:rPr>
      </w:pPr>
    </w:p>
    <w:p w14:paraId="4B7EF449" w14:textId="77777777" w:rsidR="00FA2ED2" w:rsidRDefault="004437E5" w:rsidP="00FA2ED2">
      <w:pPr>
        <w:pStyle w:val="ListParagraph"/>
        <w:numPr>
          <w:ilvl w:val="0"/>
          <w:numId w:val="11"/>
        </w:numPr>
        <w:spacing w:after="20" w:line="240" w:lineRule="auto"/>
      </w:pPr>
      <w:r>
        <w:t xml:space="preserve">Completed routine building repairs, preventive maintenance, equipment checks, and work-order documentation while following safety procedures. </w:t>
      </w:r>
    </w:p>
    <w:p w14:paraId="60EF9FDE" w14:textId="47BD7D5B" w:rsidR="00D66A43" w:rsidRDefault="004437E5" w:rsidP="00FA2ED2">
      <w:pPr>
        <w:pStyle w:val="ListParagraph"/>
        <w:numPr>
          <w:ilvl w:val="0"/>
          <w:numId w:val="11"/>
        </w:numPr>
        <w:spacing w:after="20" w:line="240" w:lineRule="auto"/>
      </w:pPr>
      <w:r>
        <w:t>Communicated clearly with supervisors and residents, identified repair needs, and kept tools and work areas organized.</w:t>
      </w:r>
    </w:p>
    <w:p w14:paraId="706E0566" w14:textId="77777777" w:rsidR="00D15C14" w:rsidRPr="00FA2ED2" w:rsidRDefault="00D15C14">
      <w:pPr>
        <w:keepNext/>
        <w:spacing w:before="80" w:after="0" w:line="240" w:lineRule="auto"/>
        <w:rPr>
          <w:b/>
          <w:sz w:val="12"/>
          <w:szCs w:val="12"/>
        </w:rPr>
      </w:pPr>
    </w:p>
    <w:p w14:paraId="45547CCC" w14:textId="6CE0CA0A" w:rsidR="00D15C14" w:rsidRPr="00FA2ED2" w:rsidRDefault="004437E5" w:rsidP="00FA2ED2">
      <w:pPr>
        <w:keepNext/>
        <w:spacing w:after="0" w:line="240" w:lineRule="auto"/>
        <w:rPr>
          <w:bCs/>
          <w:color w:val="EE0000"/>
        </w:rPr>
      </w:pPr>
      <w:r>
        <w:rPr>
          <w:b/>
        </w:rPr>
        <w:t xml:space="preserve">Server and Guest Services Associate </w:t>
      </w:r>
      <w:r w:rsidRPr="00FA2ED2">
        <w:rPr>
          <w:bCs/>
          <w:color w:val="EE0000"/>
        </w:rPr>
        <w:t>(</w:t>
      </w:r>
      <w:r w:rsidRPr="00FA2ED2">
        <w:rPr>
          <w:bCs/>
          <w:color w:val="EE0000"/>
        </w:rPr>
        <w:t>Hospitality Example)</w:t>
      </w:r>
      <w:r w:rsidRPr="00FA2ED2">
        <w:rPr>
          <w:bCs/>
          <w:color w:val="EE0000"/>
        </w:rPr>
        <w:t xml:space="preserve"> </w:t>
      </w:r>
    </w:p>
    <w:p w14:paraId="7B22CFD3" w14:textId="1B4CD709" w:rsidR="00D66A43" w:rsidRDefault="004437E5" w:rsidP="00FA2ED2">
      <w:pPr>
        <w:keepNext/>
        <w:spacing w:after="0" w:line="240" w:lineRule="auto"/>
      </w:pPr>
      <w:r>
        <w:t>Oak Terrace Hotel and Bistro | San Antonio, TX</w:t>
      </w:r>
      <w:r w:rsidR="00D15C14">
        <w:t xml:space="preserve">                                                      </w:t>
      </w:r>
      <w:r>
        <w:t>Mar</w:t>
      </w:r>
      <w:r>
        <w:t xml:space="preserve"> 2019 - May 2021</w:t>
      </w:r>
    </w:p>
    <w:p w14:paraId="51759840" w14:textId="77777777" w:rsidR="00FA2ED2" w:rsidRPr="00FA2ED2" w:rsidRDefault="00FA2ED2" w:rsidP="00FA2ED2">
      <w:pPr>
        <w:spacing w:after="0" w:line="240" w:lineRule="auto"/>
        <w:rPr>
          <w:sz w:val="8"/>
          <w:szCs w:val="8"/>
        </w:rPr>
      </w:pPr>
    </w:p>
    <w:p w14:paraId="52B3E7B2" w14:textId="77777777" w:rsidR="00FA2ED2" w:rsidRDefault="004437E5" w:rsidP="00FA2ED2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Welcomed guests, explained menu options, processed payments, coordinated requests with kitchen and front-desk staff, and resolved routine service concerns. </w:t>
      </w:r>
    </w:p>
    <w:p w14:paraId="1C010F2F" w14:textId="73DF988D" w:rsidR="00D15C14" w:rsidRPr="00FA2ED2" w:rsidRDefault="004437E5" w:rsidP="00FA2ED2">
      <w:pPr>
        <w:pStyle w:val="ListParagraph"/>
        <w:numPr>
          <w:ilvl w:val="0"/>
          <w:numId w:val="12"/>
        </w:numPr>
        <w:spacing w:after="0" w:line="240" w:lineRule="auto"/>
      </w:pPr>
      <w:r>
        <w:t>Maintained a calm, professional approach during busy shifts and helped new team members learn service procedures.</w:t>
      </w:r>
    </w:p>
    <w:p w14:paraId="019721BB" w14:textId="77777777" w:rsidR="00FA2ED2" w:rsidRPr="00FA2ED2" w:rsidRDefault="00FA2ED2" w:rsidP="00FA2ED2">
      <w:pPr>
        <w:keepNext/>
        <w:spacing w:after="0" w:line="240" w:lineRule="auto"/>
        <w:rPr>
          <w:b/>
          <w:sz w:val="12"/>
          <w:szCs w:val="12"/>
        </w:rPr>
      </w:pPr>
    </w:p>
    <w:p w14:paraId="55A60591" w14:textId="1464FEFE" w:rsidR="00D15C14" w:rsidRDefault="004437E5" w:rsidP="00FA2ED2">
      <w:pPr>
        <w:keepNext/>
        <w:spacing w:after="0" w:line="240" w:lineRule="auto"/>
      </w:pPr>
      <w:r>
        <w:rPr>
          <w:b/>
        </w:rPr>
        <w:t>C</w:t>
      </w:r>
      <w:r>
        <w:rPr>
          <w:b/>
        </w:rPr>
        <w:t xml:space="preserve">ommunity Pantry Volunteer </w:t>
      </w:r>
      <w:r w:rsidRPr="00AA32C9">
        <w:rPr>
          <w:bCs/>
          <w:color w:val="EE0000"/>
        </w:rPr>
        <w:t>(Volunteer Work Example)</w:t>
      </w:r>
      <w:r>
        <w:t xml:space="preserve"> </w:t>
      </w:r>
    </w:p>
    <w:p w14:paraId="2F8478A8" w14:textId="52D8235D" w:rsidR="00D66A43" w:rsidRDefault="004437E5" w:rsidP="00FA2ED2">
      <w:pPr>
        <w:keepNext/>
        <w:spacing w:after="0" w:line="240" w:lineRule="auto"/>
      </w:pPr>
      <w:r>
        <w:t>Northside Community Resource Center | San Antonio, TX</w:t>
      </w:r>
      <w:r w:rsidR="00D15C14">
        <w:tab/>
      </w:r>
      <w:r w:rsidR="00D15C14">
        <w:tab/>
      </w:r>
      <w:r w:rsidR="00D15C14">
        <w:tab/>
      </w:r>
      <w:r w:rsidR="00D15C14">
        <w:tab/>
        <w:t xml:space="preserve"> </w:t>
      </w:r>
      <w:r>
        <w:t>Sep</w:t>
      </w:r>
      <w:r>
        <w:t xml:space="preserve"> 2017 - Feb</w:t>
      </w:r>
      <w:r>
        <w:t xml:space="preserve"> 2019</w:t>
      </w:r>
    </w:p>
    <w:p w14:paraId="75E251A2" w14:textId="77777777" w:rsidR="00FA2ED2" w:rsidRPr="00FA2ED2" w:rsidRDefault="00FA2ED2" w:rsidP="00FA2ED2">
      <w:pPr>
        <w:spacing w:after="0" w:line="240" w:lineRule="auto"/>
        <w:rPr>
          <w:sz w:val="8"/>
          <w:szCs w:val="8"/>
        </w:rPr>
      </w:pPr>
    </w:p>
    <w:p w14:paraId="39DB99A8" w14:textId="77777777" w:rsidR="00FA2ED2" w:rsidRDefault="004437E5" w:rsidP="00FA2ED2">
      <w:pPr>
        <w:pStyle w:val="ListParagraph"/>
        <w:numPr>
          <w:ilvl w:val="0"/>
          <w:numId w:val="13"/>
        </w:numPr>
        <w:spacing w:after="0" w:line="240" w:lineRule="auto"/>
      </w:pPr>
      <w:r>
        <w:t xml:space="preserve">Organized donated items, prepared food packages, greeted visitors, and assisted with community distribution events. </w:t>
      </w:r>
    </w:p>
    <w:p w14:paraId="3BFA4865" w14:textId="493F5824" w:rsidR="00FA2ED2" w:rsidRPr="00FA2ED2" w:rsidRDefault="004437E5" w:rsidP="00FA2ED2">
      <w:pPr>
        <w:pStyle w:val="ListParagraph"/>
        <w:numPr>
          <w:ilvl w:val="0"/>
          <w:numId w:val="13"/>
        </w:numPr>
        <w:spacing w:after="0" w:line="240" w:lineRule="auto"/>
      </w:pPr>
      <w:r>
        <w:t>Worked with volunteers from different backgrounds and protected visitors' privacy while providing courteous service.</w:t>
      </w:r>
    </w:p>
    <w:p w14:paraId="6D73916D" w14:textId="77777777" w:rsidR="00FA2ED2" w:rsidRPr="00FA2ED2" w:rsidRDefault="00FA2ED2" w:rsidP="00FA2ED2">
      <w:pPr>
        <w:keepNext/>
        <w:spacing w:after="0" w:line="240" w:lineRule="auto"/>
        <w:rPr>
          <w:b/>
          <w:sz w:val="12"/>
          <w:szCs w:val="12"/>
        </w:rPr>
      </w:pPr>
    </w:p>
    <w:p w14:paraId="38BAEFC9" w14:textId="0B0C2EFF" w:rsidR="00FA2ED2" w:rsidRDefault="004437E5" w:rsidP="00FA2ED2">
      <w:pPr>
        <w:keepNext/>
        <w:spacing w:after="0" w:line="240" w:lineRule="auto"/>
      </w:pPr>
      <w:r>
        <w:rPr>
          <w:b/>
        </w:rPr>
        <w:t>H</w:t>
      </w:r>
      <w:r>
        <w:rPr>
          <w:b/>
        </w:rPr>
        <w:t xml:space="preserve">ousehold Manager and Stay-at-Home Parent </w:t>
      </w:r>
      <w:r w:rsidRPr="00FA2ED2">
        <w:rPr>
          <w:bCs/>
          <w:color w:val="EE0000"/>
        </w:rPr>
        <w:t>(Career Break Example)</w:t>
      </w:r>
      <w:r>
        <w:t xml:space="preserve"> </w:t>
      </w:r>
    </w:p>
    <w:p w14:paraId="5B461236" w14:textId="756CCEBE" w:rsidR="00D66A43" w:rsidRDefault="004437E5" w:rsidP="00FA2ED2">
      <w:pPr>
        <w:keepNext/>
        <w:spacing w:after="0" w:line="240" w:lineRule="auto"/>
      </w:pPr>
      <w:r>
        <w:t>Family Household | San Antonio, TX</w:t>
      </w:r>
      <w:r w:rsidR="00FA2ED2">
        <w:tab/>
      </w:r>
      <w:r w:rsidR="00FA2ED2">
        <w:tab/>
      </w:r>
      <w:r w:rsidR="00FA2ED2">
        <w:tab/>
      </w:r>
      <w:r w:rsidR="00FA2ED2">
        <w:tab/>
      </w:r>
      <w:r w:rsidR="00FA2ED2">
        <w:tab/>
        <w:t xml:space="preserve">                        </w:t>
      </w:r>
      <w:r>
        <w:t>Aug</w:t>
      </w:r>
      <w:r>
        <w:t xml:space="preserve"> 2012 - Aug</w:t>
      </w:r>
      <w:r>
        <w:t xml:space="preserve"> 2017</w:t>
      </w:r>
    </w:p>
    <w:p w14:paraId="24E5481C" w14:textId="77777777" w:rsidR="00FA2ED2" w:rsidRPr="00FA2ED2" w:rsidRDefault="00FA2ED2" w:rsidP="00FA2ED2">
      <w:pPr>
        <w:spacing w:after="0" w:line="240" w:lineRule="auto"/>
        <w:rPr>
          <w:sz w:val="8"/>
          <w:szCs w:val="8"/>
        </w:rPr>
      </w:pPr>
    </w:p>
    <w:p w14:paraId="5967C737" w14:textId="77777777" w:rsidR="00FA2ED2" w:rsidRDefault="004437E5" w:rsidP="00FA2ED2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Managed schedules, transportation, household finances, school communication, appointments, meal planning, and competing family priorities. </w:t>
      </w:r>
    </w:p>
    <w:p w14:paraId="2A358439" w14:textId="76FCC03C" w:rsidR="00D66A43" w:rsidRDefault="004437E5" w:rsidP="00FA2ED2">
      <w:pPr>
        <w:pStyle w:val="ListParagraph"/>
        <w:numPr>
          <w:ilvl w:val="0"/>
          <w:numId w:val="14"/>
        </w:numPr>
        <w:spacing w:after="0" w:line="240" w:lineRule="auto"/>
      </w:pPr>
      <w:r>
        <w:t>Coordinated activities, handled unexpected problems, maintained confidential records, and returned to paid employment after completing the planned caregiving period.</w:t>
      </w:r>
    </w:p>
    <w:p w14:paraId="5D695B2A" w14:textId="77777777" w:rsidR="00FA2ED2" w:rsidRDefault="00FA2ED2" w:rsidP="00FA2ED2">
      <w:pPr>
        <w:keepNext/>
        <w:spacing w:after="0" w:line="240" w:lineRule="auto"/>
        <w:jc w:val="center"/>
        <w:rPr>
          <w:b/>
          <w:color w:val="EE0000"/>
        </w:rPr>
      </w:pPr>
    </w:p>
    <w:p w14:paraId="621E5A0B" w14:textId="7D5267E9" w:rsidR="00D66A43" w:rsidRDefault="004437E5" w:rsidP="00FA2ED2">
      <w:pPr>
        <w:keepNext/>
        <w:spacing w:after="0" w:line="240" w:lineRule="auto"/>
        <w:jc w:val="center"/>
        <w:rPr>
          <w:b/>
          <w:color w:val="EE0000"/>
        </w:rPr>
      </w:pPr>
      <w:r w:rsidRPr="00FA2ED2">
        <w:rPr>
          <w:b/>
          <w:color w:val="EE0000"/>
        </w:rPr>
        <w:t>E</w:t>
      </w:r>
      <w:r w:rsidRPr="00FA2ED2">
        <w:rPr>
          <w:b/>
          <w:color w:val="EE0000"/>
        </w:rPr>
        <w:t>DUCATION AND TRAINING</w:t>
      </w:r>
      <w:r w:rsidR="00FA2ED2" w:rsidRPr="00FA2ED2">
        <w:rPr>
          <w:b/>
          <w:color w:val="EE0000"/>
        </w:rPr>
        <w:t xml:space="preserve"> EXAMPLES</w:t>
      </w:r>
    </w:p>
    <w:p w14:paraId="55D47000" w14:textId="77777777" w:rsidR="00FA2ED2" w:rsidRPr="00FA2ED2" w:rsidRDefault="00FA2ED2" w:rsidP="00FA2ED2">
      <w:pPr>
        <w:keepNext/>
        <w:spacing w:after="0" w:line="240" w:lineRule="auto"/>
        <w:jc w:val="center"/>
        <w:rPr>
          <w:color w:val="EE0000"/>
          <w:sz w:val="12"/>
          <w:szCs w:val="12"/>
        </w:rPr>
      </w:pPr>
    </w:p>
    <w:p w14:paraId="515E473B" w14:textId="351BE0B7" w:rsidR="00FA2ED2" w:rsidRPr="00FA2ED2" w:rsidRDefault="004437E5" w:rsidP="00FA2ED2">
      <w:pPr>
        <w:pStyle w:val="ListParagraph"/>
        <w:numPr>
          <w:ilvl w:val="0"/>
          <w:numId w:val="15"/>
        </w:numPr>
        <w:spacing w:after="0" w:line="240" w:lineRule="auto"/>
      </w:pPr>
      <w:r w:rsidRPr="00FA2ED2">
        <w:rPr>
          <w:b/>
        </w:rPr>
        <w:t xml:space="preserve">Certified Nurse Aide (CNA) Certification </w:t>
      </w:r>
      <w:r w:rsidRPr="00FA2ED2">
        <w:rPr>
          <w:bCs/>
        </w:rPr>
        <w:t>| Texas Nurse Aide Registry | 2025</w:t>
      </w:r>
    </w:p>
    <w:p w14:paraId="14233CCA" w14:textId="3F593B30" w:rsidR="00FA2ED2" w:rsidRPr="00FA2ED2" w:rsidRDefault="004437E5" w:rsidP="00FA2ED2">
      <w:pPr>
        <w:pStyle w:val="ListParagraph"/>
        <w:numPr>
          <w:ilvl w:val="0"/>
          <w:numId w:val="15"/>
        </w:numPr>
        <w:spacing w:after="0" w:line="240" w:lineRule="auto"/>
      </w:pPr>
      <w:r w:rsidRPr="00FA2ED2">
        <w:rPr>
          <w:b/>
        </w:rPr>
        <w:t xml:space="preserve">Commercial Driver License (CDL), Class A </w:t>
      </w:r>
      <w:r w:rsidRPr="00FA2ED2">
        <w:rPr>
          <w:bCs/>
        </w:rPr>
        <w:t>| Texas Department of Public Safety | 2023</w:t>
      </w:r>
    </w:p>
    <w:p w14:paraId="72B81045" w14:textId="1B887EBC" w:rsidR="00FA2ED2" w:rsidRPr="00FA2ED2" w:rsidRDefault="004437E5" w:rsidP="00FA2ED2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FA2ED2">
        <w:rPr>
          <w:b/>
        </w:rPr>
        <w:t xml:space="preserve">Associate of Applied Science in Business Administration </w:t>
      </w:r>
      <w:r w:rsidRPr="00FA2ED2">
        <w:rPr>
          <w:bCs/>
        </w:rPr>
        <w:t xml:space="preserve">| </w:t>
      </w:r>
      <w:r w:rsidR="00FA2ED2" w:rsidRPr="00FA2ED2">
        <w:rPr>
          <w:bCs/>
        </w:rPr>
        <w:t>St Phillips College</w:t>
      </w:r>
      <w:r w:rsidRPr="00FA2ED2">
        <w:rPr>
          <w:bCs/>
        </w:rPr>
        <w:t xml:space="preserve"> | San Antonio, TX</w:t>
      </w:r>
    </w:p>
    <w:p w14:paraId="17167129" w14:textId="26DFCC94" w:rsidR="00D66A43" w:rsidRPr="00FA2ED2" w:rsidRDefault="004437E5" w:rsidP="00FA2ED2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FA2ED2">
        <w:rPr>
          <w:b/>
        </w:rPr>
        <w:t xml:space="preserve">GED </w:t>
      </w:r>
      <w:r w:rsidRPr="00FA2ED2">
        <w:rPr>
          <w:bCs/>
        </w:rPr>
        <w:t>Credential | Texas Education Agency | 2017</w:t>
      </w:r>
    </w:p>
    <w:sectPr w:rsidR="00D66A43" w:rsidRPr="00FA2ED2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C01E55"/>
    <w:multiLevelType w:val="hybridMultilevel"/>
    <w:tmpl w:val="9E406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A1368"/>
    <w:multiLevelType w:val="hybridMultilevel"/>
    <w:tmpl w:val="6BAE7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9452D1"/>
    <w:multiLevelType w:val="hybridMultilevel"/>
    <w:tmpl w:val="D22ED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7908"/>
    <w:multiLevelType w:val="hybridMultilevel"/>
    <w:tmpl w:val="0B004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4795E"/>
    <w:multiLevelType w:val="hybridMultilevel"/>
    <w:tmpl w:val="CEF0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03D72"/>
    <w:multiLevelType w:val="hybridMultilevel"/>
    <w:tmpl w:val="DD70C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02861">
    <w:abstractNumId w:val="8"/>
  </w:num>
  <w:num w:numId="2" w16cid:durableId="1862234377">
    <w:abstractNumId w:val="6"/>
  </w:num>
  <w:num w:numId="3" w16cid:durableId="527184605">
    <w:abstractNumId w:val="5"/>
  </w:num>
  <w:num w:numId="4" w16cid:durableId="936014278">
    <w:abstractNumId w:val="4"/>
  </w:num>
  <w:num w:numId="5" w16cid:durableId="1582520744">
    <w:abstractNumId w:val="7"/>
  </w:num>
  <w:num w:numId="6" w16cid:durableId="1792943237">
    <w:abstractNumId w:val="3"/>
  </w:num>
  <w:num w:numId="7" w16cid:durableId="1254628272">
    <w:abstractNumId w:val="2"/>
  </w:num>
  <w:num w:numId="8" w16cid:durableId="1152407946">
    <w:abstractNumId w:val="1"/>
  </w:num>
  <w:num w:numId="9" w16cid:durableId="1958872958">
    <w:abstractNumId w:val="0"/>
  </w:num>
  <w:num w:numId="10" w16cid:durableId="371347803">
    <w:abstractNumId w:val="12"/>
  </w:num>
  <w:num w:numId="11" w16cid:durableId="1604142324">
    <w:abstractNumId w:val="10"/>
  </w:num>
  <w:num w:numId="12" w16cid:durableId="1792898973">
    <w:abstractNumId w:val="9"/>
  </w:num>
  <w:num w:numId="13" w16cid:durableId="1743328934">
    <w:abstractNumId w:val="11"/>
  </w:num>
  <w:num w:numId="14" w16cid:durableId="347145098">
    <w:abstractNumId w:val="14"/>
  </w:num>
  <w:num w:numId="15" w16cid:durableId="14520466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5CB7"/>
    <w:rsid w:val="00AA1D8D"/>
    <w:rsid w:val="00AA32C9"/>
    <w:rsid w:val="00B47730"/>
    <w:rsid w:val="00CB0664"/>
    <w:rsid w:val="00D15C14"/>
    <w:rsid w:val="00D66A43"/>
    <w:rsid w:val="00FA2E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7714CE"/>
  <w14:defaultImageDpi w14:val="300"/>
  <w15:docId w15:val="{43712188-A5BF-44FF-906F-E047C781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15C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rdan.taylor@exampl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Chronological Resume Example</vt:lpstr>
    </vt:vector>
  </TitlesOfParts>
  <Manager/>
  <Company/>
  <LinksUpToDate>false</LinksUpToDate>
  <CharactersWithSpaces>3082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Chronological Resume Example</dc:title>
  <dc:subject>Resume example for adult continuing education learners</dc:subject>
  <dc:creator>Riedel-Stoeltje, Natasha</dc:creator>
  <cp:keywords/>
  <dc:description>generated by python-docx</dc:description>
  <cp:lastModifiedBy>Riedel-Stoeltje, Natasha</cp:lastModifiedBy>
  <cp:revision>2</cp:revision>
  <dcterms:created xsi:type="dcterms:W3CDTF">2026-09-21T16:51:00Z</dcterms:created>
  <dcterms:modified xsi:type="dcterms:W3CDTF">2026-09-21T16:51:00Z</dcterms:modified>
  <cp:category/>
</cp:coreProperties>
</file>